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jc w:val="center"/>
        <w:tblCellSpacing w:w="0" w:type="dxa"/>
        <w:tblLayout w:type="fixed"/>
        <w:tblLook w:val="04A0" w:firstRow="1" w:lastRow="0" w:firstColumn="1" w:lastColumn="0" w:noHBand="0" w:noVBand="1"/>
      </w:tblPr>
      <w:tblGrid>
        <w:gridCol w:w="489"/>
        <w:gridCol w:w="3110"/>
        <w:gridCol w:w="864"/>
        <w:gridCol w:w="505"/>
        <w:gridCol w:w="301"/>
        <w:gridCol w:w="648"/>
        <w:gridCol w:w="635"/>
        <w:gridCol w:w="13"/>
        <w:gridCol w:w="491"/>
        <w:gridCol w:w="287"/>
        <w:gridCol w:w="28"/>
        <w:gridCol w:w="806"/>
        <w:gridCol w:w="175"/>
        <w:gridCol w:w="144"/>
        <w:gridCol w:w="300"/>
        <w:gridCol w:w="1716"/>
      </w:tblGrid>
      <w:tr w:rsidR="008E3F70" w:rsidRPr="00157A7D" w14:paraId="03DC4C88" w14:textId="77777777">
        <w:trPr>
          <w:tblCellSpacing w:w="0" w:type="dxa"/>
          <w:jc w:val="center"/>
        </w:trPr>
        <w:tc>
          <w:tcPr>
            <w:tcW w:w="8496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21BC56D" w14:textId="0932C786" w:rsidR="008E3F70" w:rsidRPr="00157A7D" w:rsidRDefault="00BC2EA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sz w:val="36"/>
                <w:szCs w:val="24"/>
              </w:rPr>
              <w:t>ABC</w:t>
            </w:r>
          </w:p>
          <w:p w14:paraId="1E71AF0E" w14:textId="6E1FE628" w:rsidR="008E3F70" w:rsidRPr="00157A7D" w:rsidRDefault="00BC2EA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8"/>
                <w:szCs w:val="24"/>
              </w:rPr>
              <w:t>ABC</w:t>
            </w:r>
            <w:r w:rsidR="00000000" w:rsidRPr="00157A7D">
              <w:rPr>
                <w:b/>
                <w:color w:val="59656D"/>
                <w:sz w:val="18"/>
                <w:szCs w:val="24"/>
              </w:rPr>
              <w:t xml:space="preserve"> Corp</w:t>
            </w:r>
          </w:p>
          <w:p w14:paraId="0A55785E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color w:val="7B858A"/>
                <w:szCs w:val="24"/>
              </w:rPr>
              <w:t>Balerwadi High Street • Pune, Maharashtra 401145</w:t>
            </w:r>
          </w:p>
        </w:tc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BF75E2E" w14:textId="77777777" w:rsidR="008E3F70" w:rsidRPr="00157A7D" w:rsidRDefault="0000000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Cs w:val="24"/>
              </w:rPr>
              <w:t>[ COMPANY LOGO ]</w:t>
            </w:r>
          </w:p>
          <w:p w14:paraId="2BE4CEBF" w14:textId="77777777" w:rsidR="008E3F70" w:rsidRPr="00157A7D" w:rsidRDefault="0000000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>Original Copy</w:t>
            </w:r>
          </w:p>
        </w:tc>
      </w:tr>
      <w:tr w:rsidR="008E3F70" w:rsidRPr="00157A7D" w14:paraId="40ABAF59" w14:textId="77777777">
        <w:trPr>
          <w:tblCellSpacing w:w="0" w:type="dxa"/>
          <w:jc w:val="center"/>
        </w:trPr>
        <w:tc>
          <w:tcPr>
            <w:tcW w:w="10512" w:type="dxa"/>
            <w:gridSpan w:val="16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70BA66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sz w:val="32"/>
                <w:szCs w:val="24"/>
              </w:rPr>
              <w:t>TAX INVOICE</w:t>
            </w:r>
          </w:p>
        </w:tc>
      </w:tr>
      <w:tr w:rsidR="008E3F70" w:rsidRPr="00157A7D" w14:paraId="779ED506" w14:textId="77777777">
        <w:trPr>
          <w:tblCellSpacing w:w="0" w:type="dxa"/>
          <w:jc w:val="center"/>
        </w:trPr>
        <w:tc>
          <w:tcPr>
            <w:tcW w:w="4968" w:type="dxa"/>
            <w:gridSpan w:val="4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AF8F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72D070" w14:textId="77777777" w:rsidR="008E3F70" w:rsidRPr="00157A7D" w:rsidRDefault="00000000">
            <w:pPr>
              <w:spacing w:after="4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SELLER</w:t>
            </w:r>
          </w:p>
          <w:p w14:paraId="70B309C3" w14:textId="68A5F238" w:rsidR="008E3F70" w:rsidRPr="00157A7D" w:rsidRDefault="00BC2EA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sz w:val="22"/>
                <w:szCs w:val="24"/>
              </w:rPr>
              <w:t>ABC</w:t>
            </w:r>
            <w:r w:rsidR="00000000" w:rsidRPr="00157A7D">
              <w:rPr>
                <w:b/>
                <w:sz w:val="22"/>
                <w:szCs w:val="24"/>
              </w:rPr>
              <w:t xml:space="preserve"> Corp</w:t>
            </w:r>
          </w:p>
          <w:p w14:paraId="1F8A7D12" w14:textId="3F26C2B9" w:rsidR="008E3F70" w:rsidRPr="00157A7D" w:rsidRDefault="00BC2EA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Rohit Sharma</w:t>
            </w:r>
          </w:p>
          <w:p w14:paraId="1EECDF80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Balerwadi High Street</w:t>
            </w:r>
          </w:p>
          <w:p w14:paraId="004701AD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Pune - 401145</w:t>
            </w:r>
          </w:p>
          <w:p w14:paraId="3F180AF6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Maharashtra, India</w:t>
            </w:r>
          </w:p>
          <w:p w14:paraId="1869534B" w14:textId="3CC35AAB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GSTIN: 27</w:t>
            </w:r>
            <w:r w:rsidR="00BC2EA0" w:rsidRPr="00157A7D">
              <w:rPr>
                <w:szCs w:val="24"/>
              </w:rPr>
              <w:t>ABCDE1234F</w:t>
            </w:r>
            <w:r w:rsidRPr="00157A7D">
              <w:rPr>
                <w:szCs w:val="24"/>
              </w:rPr>
              <w:t>124</w:t>
            </w:r>
          </w:p>
          <w:p w14:paraId="1BAD1088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E-Mail: business@cloudtryx.com</w:t>
            </w:r>
          </w:p>
          <w:p w14:paraId="595FF24B" w14:textId="4F205C2D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 xml:space="preserve">Phone: +91 </w:t>
            </w:r>
            <w:r w:rsidR="00BC2EA0" w:rsidRPr="00157A7D">
              <w:rPr>
                <w:szCs w:val="24"/>
              </w:rPr>
              <w:t>99999 99999</w:t>
            </w:r>
          </w:p>
        </w:tc>
        <w:tc>
          <w:tcPr>
            <w:tcW w:w="5544" w:type="dxa"/>
            <w:gridSpan w:val="1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DF0CA0" w14:textId="77777777" w:rsidR="008E3F70" w:rsidRPr="00157A7D" w:rsidRDefault="00000000">
            <w:pPr>
              <w:spacing w:after="4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 xml:space="preserve">Invoice No.  </w:t>
            </w:r>
            <w:r w:rsidRPr="00157A7D">
              <w:rPr>
                <w:b/>
                <w:szCs w:val="24"/>
              </w:rPr>
              <w:t>INV-21</w:t>
            </w:r>
          </w:p>
          <w:p w14:paraId="17F426C0" w14:textId="77777777" w:rsidR="008E3F70" w:rsidRPr="00157A7D" w:rsidRDefault="00000000">
            <w:pPr>
              <w:spacing w:after="4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 xml:space="preserve">Invoice Date  </w:t>
            </w:r>
            <w:r w:rsidRPr="00157A7D">
              <w:rPr>
                <w:b/>
                <w:szCs w:val="24"/>
              </w:rPr>
              <w:t>29 Sep, 2026</w:t>
            </w:r>
          </w:p>
          <w:p w14:paraId="0C7F5850" w14:textId="77777777" w:rsidR="008E3F70" w:rsidRPr="00157A7D" w:rsidRDefault="00000000">
            <w:pPr>
              <w:spacing w:after="4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 xml:space="preserve">Due Date  </w:t>
            </w:r>
            <w:r w:rsidRPr="00157A7D">
              <w:rPr>
                <w:b/>
                <w:szCs w:val="24"/>
              </w:rPr>
              <w:t>07 Oct, 2026</w:t>
            </w:r>
          </w:p>
          <w:p w14:paraId="0C6BB042" w14:textId="77777777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BILL TO</w:t>
            </w:r>
          </w:p>
          <w:p w14:paraId="1A559A7D" w14:textId="733B7C4A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 xml:space="preserve">Client </w:t>
            </w:r>
            <w:r w:rsidR="00BC2EA0" w:rsidRPr="00157A7D">
              <w:rPr>
                <w:szCs w:val="24"/>
              </w:rPr>
              <w:t>Name</w:t>
            </w:r>
          </w:p>
          <w:p w14:paraId="61145DF6" w14:textId="17CAE455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Pune - 40</w:t>
            </w:r>
            <w:r w:rsidR="00BC2EA0" w:rsidRPr="00157A7D">
              <w:rPr>
                <w:szCs w:val="24"/>
              </w:rPr>
              <w:t>1334</w:t>
            </w:r>
          </w:p>
          <w:p w14:paraId="65659B2E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Maharashtra, India</w:t>
            </w:r>
          </w:p>
          <w:p w14:paraId="05FF145F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E-Mail: client@cloudtryx.com</w:t>
            </w:r>
          </w:p>
          <w:p w14:paraId="25BD4021" w14:textId="10067FE0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CONSIGN</w:t>
            </w:r>
            <w:r w:rsidR="00BC2EA0" w:rsidRPr="00157A7D">
              <w:rPr>
                <w:b/>
                <w:color w:val="7B858A"/>
                <w:sz w:val="15"/>
                <w:szCs w:val="24"/>
              </w:rPr>
              <w:t>E</w:t>
            </w:r>
            <w:r w:rsidRPr="00157A7D">
              <w:rPr>
                <w:b/>
                <w:color w:val="7B858A"/>
                <w:sz w:val="15"/>
                <w:szCs w:val="24"/>
              </w:rPr>
              <w:t>E / SHIP TO</w:t>
            </w:r>
          </w:p>
          <w:p w14:paraId="6851EDA1" w14:textId="4F0D1840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 xml:space="preserve">Client </w:t>
            </w:r>
            <w:r w:rsidR="00BC2EA0" w:rsidRPr="00157A7D">
              <w:rPr>
                <w:szCs w:val="24"/>
              </w:rPr>
              <w:t>Name</w:t>
            </w:r>
          </w:p>
          <w:p w14:paraId="2A1629CF" w14:textId="34122E05" w:rsidR="008E3F70" w:rsidRPr="00157A7D" w:rsidRDefault="00BC2EA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401334</w:t>
            </w:r>
          </w:p>
          <w:p w14:paraId="2F4EA864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Maharashtra, India</w:t>
            </w:r>
          </w:p>
        </w:tc>
      </w:tr>
      <w:tr w:rsidR="008E3F70" w:rsidRPr="00157A7D" w14:paraId="58EBF1B4" w14:textId="77777777">
        <w:trPr>
          <w:tblCellSpacing w:w="0" w:type="dxa"/>
          <w:jc w:val="center"/>
        </w:trPr>
        <w:tc>
          <w:tcPr>
            <w:tcW w:w="7343" w:type="dxa"/>
            <w:gridSpan w:val="10"/>
            <w:tcBorders>
              <w:top w:val="single" w:sz="5" w:space="0" w:color="C9D8D0"/>
              <w:left w:val="single" w:sz="5" w:space="0" w:color="C9D8D0"/>
              <w:bottom w:val="single" w:sz="5" w:space="0" w:color="C9D8D0"/>
              <w:right w:val="single" w:sz="5" w:space="0" w:color="C9D8D0"/>
            </w:tcBorders>
            <w:shd w:val="clear" w:color="auto" w:fill="E7EEE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5F3913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Cs w:val="24"/>
              </w:rPr>
              <w:t xml:space="preserve">Place of Supply  </w:t>
            </w:r>
            <w:r w:rsidRPr="00157A7D">
              <w:rPr>
                <w:b/>
                <w:szCs w:val="24"/>
              </w:rPr>
              <w:t>Maharashtra</w:t>
            </w:r>
          </w:p>
        </w:tc>
        <w:tc>
          <w:tcPr>
            <w:tcW w:w="3168" w:type="dxa"/>
            <w:gridSpan w:val="6"/>
            <w:tcBorders>
              <w:top w:val="single" w:sz="5" w:space="0" w:color="C9D8D0"/>
              <w:left w:val="single" w:sz="5" w:space="0" w:color="C9D8D0"/>
              <w:bottom w:val="single" w:sz="5" w:space="0" w:color="C9D8D0"/>
              <w:right w:val="single" w:sz="5" w:space="0" w:color="C9D8D0"/>
            </w:tcBorders>
            <w:shd w:val="clear" w:color="auto" w:fill="E7EEE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71D44FA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Cs w:val="24"/>
              </w:rPr>
              <w:t xml:space="preserve">POS Code  </w:t>
            </w:r>
            <w:r w:rsidRPr="00157A7D">
              <w:rPr>
                <w:b/>
                <w:szCs w:val="24"/>
              </w:rPr>
              <w:t>27</w:t>
            </w:r>
          </w:p>
        </w:tc>
      </w:tr>
      <w:tr w:rsidR="008E3F70" w:rsidRPr="00157A7D" w14:paraId="60585DD1" w14:textId="77777777">
        <w:trPr>
          <w:tblHeader/>
          <w:tblCellSpacing w:w="0" w:type="dxa"/>
          <w:jc w:val="center"/>
        </w:trPr>
        <w:tc>
          <w:tcPr>
            <w:tcW w:w="489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A459C9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Sr.</w:t>
            </w:r>
            <w:r w:rsidRPr="00157A7D">
              <w:rPr>
                <w:b/>
                <w:color w:val="59656D"/>
                <w:sz w:val="14"/>
                <w:szCs w:val="24"/>
              </w:rPr>
              <w:br/>
              <w:t>No.</w:t>
            </w:r>
          </w:p>
        </w:tc>
        <w:tc>
          <w:tcPr>
            <w:tcW w:w="3110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15543B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Item &amp; Description</w:t>
            </w:r>
          </w:p>
        </w:tc>
        <w:tc>
          <w:tcPr>
            <w:tcW w:w="864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4D1799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HSN/</w:t>
            </w:r>
            <w:r w:rsidRPr="00157A7D">
              <w:rPr>
                <w:b/>
                <w:color w:val="59656D"/>
                <w:sz w:val="14"/>
                <w:szCs w:val="24"/>
              </w:rPr>
              <w:br/>
              <w:t>SAC</w:t>
            </w:r>
          </w:p>
        </w:tc>
        <w:tc>
          <w:tcPr>
            <w:tcW w:w="806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8F4350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Rate</w:t>
            </w:r>
          </w:p>
        </w:tc>
        <w:tc>
          <w:tcPr>
            <w:tcW w:w="648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164249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Qty</w:t>
            </w:r>
          </w:p>
        </w:tc>
        <w:tc>
          <w:tcPr>
            <w:tcW w:w="648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F9A56B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Unit</w:t>
            </w:r>
          </w:p>
        </w:tc>
        <w:tc>
          <w:tcPr>
            <w:tcW w:w="806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4BA482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CGST</w:t>
            </w:r>
          </w:p>
        </w:tc>
        <w:tc>
          <w:tcPr>
            <w:tcW w:w="806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F2D045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SGST</w:t>
            </w:r>
          </w:p>
        </w:tc>
        <w:tc>
          <w:tcPr>
            <w:tcW w:w="619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C2C8DA8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IGST</w:t>
            </w:r>
          </w:p>
        </w:tc>
        <w:tc>
          <w:tcPr>
            <w:tcW w:w="1713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432E69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4"/>
                <w:szCs w:val="24"/>
              </w:rPr>
              <w:t>Amount</w:t>
            </w:r>
          </w:p>
        </w:tc>
      </w:tr>
      <w:tr w:rsidR="008E3F70" w:rsidRPr="00157A7D" w14:paraId="0856DC49" w14:textId="77777777">
        <w:trPr>
          <w:tblCellSpacing w:w="0" w:type="dxa"/>
          <w:jc w:val="center"/>
        </w:trPr>
        <w:tc>
          <w:tcPr>
            <w:tcW w:w="489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13F571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1</w:t>
            </w:r>
          </w:p>
        </w:tc>
        <w:tc>
          <w:tcPr>
            <w:tcW w:w="3110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BBB3B6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b/>
                <w:sz w:val="15"/>
                <w:szCs w:val="24"/>
              </w:rPr>
              <w:t>Computer and accessories</w:t>
            </w:r>
          </w:p>
        </w:tc>
        <w:tc>
          <w:tcPr>
            <w:tcW w:w="864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EA27C8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847130</w:t>
            </w:r>
          </w:p>
        </w:tc>
        <w:tc>
          <w:tcPr>
            <w:tcW w:w="806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04F542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25423.73</w:t>
            </w:r>
          </w:p>
        </w:tc>
        <w:tc>
          <w:tcPr>
            <w:tcW w:w="648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419109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6.00</w:t>
            </w:r>
          </w:p>
        </w:tc>
        <w:tc>
          <w:tcPr>
            <w:tcW w:w="648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65D89F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PCS</w:t>
            </w:r>
          </w:p>
        </w:tc>
        <w:tc>
          <w:tcPr>
            <w:tcW w:w="806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33F0C7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13728.81</w:t>
            </w:r>
          </w:p>
        </w:tc>
        <w:tc>
          <w:tcPr>
            <w:tcW w:w="806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AA8D1CB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13728.81</w:t>
            </w:r>
          </w:p>
        </w:tc>
        <w:tc>
          <w:tcPr>
            <w:tcW w:w="619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98527DE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5768A8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sz w:val="15"/>
                <w:szCs w:val="24"/>
              </w:rPr>
              <w:t>152542.38</w:t>
            </w:r>
          </w:p>
        </w:tc>
      </w:tr>
      <w:tr w:rsidR="008E3F70" w:rsidRPr="00157A7D" w14:paraId="34FAC628" w14:textId="77777777">
        <w:trPr>
          <w:tblCellSpacing w:w="0" w:type="dxa"/>
          <w:jc w:val="center"/>
        </w:trPr>
        <w:tc>
          <w:tcPr>
            <w:tcW w:w="489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74D9B8A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2</w:t>
            </w:r>
          </w:p>
        </w:tc>
        <w:tc>
          <w:tcPr>
            <w:tcW w:w="3110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54A764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b/>
                <w:sz w:val="15"/>
                <w:szCs w:val="24"/>
              </w:rPr>
              <w:t>Software support service</w:t>
            </w:r>
          </w:p>
        </w:tc>
        <w:tc>
          <w:tcPr>
            <w:tcW w:w="864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A69241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998313</w:t>
            </w:r>
          </w:p>
        </w:tc>
        <w:tc>
          <w:tcPr>
            <w:tcW w:w="806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24582CF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12500.00</w:t>
            </w:r>
          </w:p>
        </w:tc>
        <w:tc>
          <w:tcPr>
            <w:tcW w:w="648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B805B5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2.00</w:t>
            </w:r>
          </w:p>
        </w:tc>
        <w:tc>
          <w:tcPr>
            <w:tcW w:w="648" w:type="dxa"/>
            <w:gridSpan w:val="2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BFC7AC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HRS</w:t>
            </w:r>
          </w:p>
        </w:tc>
        <w:tc>
          <w:tcPr>
            <w:tcW w:w="806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5BDFEE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2250.00</w:t>
            </w:r>
          </w:p>
        </w:tc>
        <w:tc>
          <w:tcPr>
            <w:tcW w:w="806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AAB47B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2250.00</w:t>
            </w:r>
          </w:p>
        </w:tc>
        <w:tc>
          <w:tcPr>
            <w:tcW w:w="619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DAB8D0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F0CD24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sz w:val="15"/>
                <w:szCs w:val="24"/>
              </w:rPr>
              <w:t>25000.00</w:t>
            </w:r>
          </w:p>
        </w:tc>
      </w:tr>
      <w:tr w:rsidR="008E3F70" w:rsidRPr="00157A7D" w14:paraId="0E57DAF8" w14:textId="77777777">
        <w:trPr>
          <w:tblCellSpacing w:w="0" w:type="dxa"/>
          <w:jc w:val="center"/>
        </w:trPr>
        <w:tc>
          <w:tcPr>
            <w:tcW w:w="619" w:type="dxa"/>
            <w:gridSpan w:val="15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AF8F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390AB79" w14:textId="77777777" w:rsidR="008E3F70" w:rsidRPr="00157A7D" w:rsidRDefault="0000000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Cs w:val="24"/>
              </w:rPr>
              <w:t>Total</w:t>
            </w:r>
          </w:p>
          <w:p w14:paraId="300F0A9D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4C16F1B7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2743DAAA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712875C9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383B8B8B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5F652025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458F24AD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  <w:p w14:paraId="1F7ED6A5" w14:textId="77777777" w:rsidR="008E3F70" w:rsidRPr="00157A7D" w:rsidRDefault="008E3F70">
            <w:pPr>
              <w:spacing w:after="0" w:line="240" w:lineRule="auto"/>
              <w:rPr>
                <w:sz w:val="18"/>
                <w:szCs w:val="24"/>
              </w:rPr>
            </w:pPr>
          </w:p>
        </w:tc>
        <w:tc>
          <w:tcPr>
            <w:tcW w:w="1713" w:type="dxa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AF8F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FD2A97" w14:textId="77777777" w:rsidR="008E3F70" w:rsidRPr="00157A7D" w:rsidRDefault="0000000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szCs w:val="24"/>
              </w:rPr>
              <w:t>177542.38</w:t>
            </w:r>
          </w:p>
        </w:tc>
      </w:tr>
      <w:tr w:rsidR="008E3F70" w:rsidRPr="00157A7D" w14:paraId="64776D73" w14:textId="77777777">
        <w:trPr>
          <w:tblCellSpacing w:w="0" w:type="dxa"/>
          <w:jc w:val="center"/>
        </w:trPr>
        <w:tc>
          <w:tcPr>
            <w:tcW w:w="6552" w:type="dxa"/>
            <w:gridSpan w:val="7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B781616" w14:textId="77777777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Amount in Words</w:t>
            </w:r>
          </w:p>
          <w:p w14:paraId="28F43A76" w14:textId="77777777" w:rsidR="008E3F70" w:rsidRPr="00157A7D" w:rsidRDefault="00000000">
            <w:pPr>
              <w:spacing w:after="60" w:line="240" w:lineRule="auto"/>
              <w:rPr>
                <w:sz w:val="18"/>
                <w:szCs w:val="24"/>
              </w:rPr>
            </w:pPr>
            <w:r w:rsidRPr="00157A7D">
              <w:rPr>
                <w:b/>
                <w:sz w:val="18"/>
                <w:szCs w:val="24"/>
              </w:rPr>
              <w:t>Indian Rupees One Lakh Eighty Three Thousand Only</w:t>
            </w:r>
          </w:p>
          <w:p w14:paraId="3C738CFF" w14:textId="77777777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Payment Terms</w:t>
            </w:r>
          </w:p>
          <w:p w14:paraId="37F4DB18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szCs w:val="24"/>
              </w:rPr>
              <w:t>Payment due within 7 days of invoice date.</w:t>
            </w:r>
          </w:p>
        </w:tc>
        <w:tc>
          <w:tcPr>
            <w:tcW w:w="3960" w:type="dxa"/>
            <w:gridSpan w:val="9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AF8F4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785F3FF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Sub Total  </w:t>
            </w:r>
            <w:r w:rsidRPr="00157A7D">
              <w:rPr>
                <w:b/>
                <w:szCs w:val="24"/>
              </w:rPr>
              <w:t>177542.38</w:t>
            </w:r>
          </w:p>
          <w:p w14:paraId="78EE5407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Discount  </w:t>
            </w:r>
            <w:r w:rsidRPr="00157A7D">
              <w:rPr>
                <w:b/>
                <w:szCs w:val="24"/>
              </w:rPr>
              <w:t>(-) 0.00</w:t>
            </w:r>
          </w:p>
          <w:p w14:paraId="6A1A7AF0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Shipping Charges  </w:t>
            </w:r>
            <w:r w:rsidRPr="00157A7D">
              <w:rPr>
                <w:b/>
                <w:szCs w:val="24"/>
              </w:rPr>
              <w:t>300.00</w:t>
            </w:r>
          </w:p>
          <w:p w14:paraId="14EB46B2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CGST  </w:t>
            </w:r>
            <w:r w:rsidRPr="00157A7D">
              <w:rPr>
                <w:b/>
                <w:szCs w:val="24"/>
              </w:rPr>
              <w:t>15978.81</w:t>
            </w:r>
          </w:p>
          <w:p w14:paraId="2103D7A8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SGST  </w:t>
            </w:r>
            <w:r w:rsidRPr="00157A7D">
              <w:rPr>
                <w:b/>
                <w:szCs w:val="24"/>
              </w:rPr>
              <w:t>15978.81</w:t>
            </w:r>
          </w:p>
          <w:p w14:paraId="2B751C54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IGST  </w:t>
            </w:r>
            <w:r w:rsidRPr="00157A7D">
              <w:rPr>
                <w:b/>
                <w:szCs w:val="24"/>
              </w:rPr>
              <w:t>0.00</w:t>
            </w:r>
          </w:p>
          <w:p w14:paraId="46CC8341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Tax Total  </w:t>
            </w:r>
            <w:r w:rsidRPr="00157A7D">
              <w:rPr>
                <w:b/>
                <w:szCs w:val="24"/>
              </w:rPr>
              <w:t>31957.62</w:t>
            </w:r>
          </w:p>
          <w:p w14:paraId="2ED42C0E" w14:textId="77777777" w:rsidR="008E3F70" w:rsidRPr="00157A7D" w:rsidRDefault="00000000">
            <w:pPr>
              <w:spacing w:after="2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 xml:space="preserve">Round Off  </w:t>
            </w:r>
            <w:r w:rsidRPr="00157A7D">
              <w:rPr>
                <w:b/>
                <w:szCs w:val="24"/>
              </w:rPr>
              <w:t>-0.00</w:t>
            </w:r>
          </w:p>
          <w:p w14:paraId="1CAAEDF4" w14:textId="77777777" w:rsidR="008E3F70" w:rsidRPr="00157A7D" w:rsidRDefault="00000000">
            <w:pPr>
              <w:spacing w:before="40"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Cs w:val="24"/>
              </w:rPr>
              <w:t xml:space="preserve">Total (Indian Rupee - INR)  </w:t>
            </w:r>
            <w:r w:rsidRPr="00157A7D">
              <w:rPr>
                <w:b/>
                <w:sz w:val="18"/>
                <w:szCs w:val="24"/>
              </w:rPr>
              <w:t>183000.00</w:t>
            </w:r>
          </w:p>
        </w:tc>
      </w:tr>
      <w:tr w:rsidR="008E3F70" w:rsidRPr="00157A7D" w14:paraId="14375439" w14:textId="77777777">
        <w:trPr>
          <w:tblCellSpacing w:w="0" w:type="dxa"/>
          <w:jc w:val="center"/>
        </w:trPr>
        <w:tc>
          <w:tcPr>
            <w:tcW w:w="8352" w:type="dxa"/>
            <w:gridSpan w:val="1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6F7F5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AEBD60" w14:textId="77777777" w:rsidR="008E3F70" w:rsidRPr="00157A7D" w:rsidRDefault="00000000">
            <w:pPr>
              <w:spacing w:after="4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BANK ACCOUNT DETAILS</w:t>
            </w:r>
          </w:p>
          <w:p w14:paraId="4EA3FB98" w14:textId="77777777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5"/>
                <w:szCs w:val="24"/>
              </w:rPr>
              <w:t xml:space="preserve">Bank Name: </w:t>
            </w:r>
            <w:r w:rsidRPr="00157A7D">
              <w:rPr>
                <w:b/>
                <w:szCs w:val="24"/>
              </w:rPr>
              <w:t>SBI Nagpur</w:t>
            </w:r>
          </w:p>
          <w:p w14:paraId="03F7C965" w14:textId="33BC618D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5"/>
                <w:szCs w:val="24"/>
              </w:rPr>
              <w:t xml:space="preserve">Account Name: </w:t>
            </w:r>
            <w:r w:rsidR="00BC2EA0" w:rsidRPr="00157A7D">
              <w:rPr>
                <w:b/>
                <w:szCs w:val="24"/>
              </w:rPr>
              <w:t>ABC Corp</w:t>
            </w:r>
          </w:p>
          <w:p w14:paraId="53F5CCA1" w14:textId="0F3747AF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5"/>
                <w:szCs w:val="24"/>
              </w:rPr>
              <w:t xml:space="preserve">Account Number: </w:t>
            </w:r>
            <w:r w:rsidR="00BC2EA0" w:rsidRPr="00157A7D">
              <w:rPr>
                <w:b/>
                <w:szCs w:val="24"/>
              </w:rPr>
              <w:t>11223344556677</w:t>
            </w:r>
          </w:p>
          <w:p w14:paraId="17B82B63" w14:textId="4E94922A" w:rsidR="008E3F70" w:rsidRPr="00157A7D" w:rsidRDefault="00000000">
            <w:pPr>
              <w:spacing w:after="1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5"/>
                <w:szCs w:val="24"/>
              </w:rPr>
              <w:t xml:space="preserve">IFSC Code: </w:t>
            </w:r>
            <w:r w:rsidRPr="00157A7D">
              <w:rPr>
                <w:b/>
                <w:szCs w:val="24"/>
              </w:rPr>
              <w:t>SBIN0001</w:t>
            </w:r>
            <w:r w:rsidR="00BC2EA0" w:rsidRPr="00157A7D">
              <w:rPr>
                <w:b/>
                <w:szCs w:val="24"/>
              </w:rPr>
              <w:t>234</w:t>
            </w:r>
          </w:p>
        </w:tc>
        <w:tc>
          <w:tcPr>
            <w:tcW w:w="2160" w:type="dxa"/>
            <w:gridSpan w:val="3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6521DA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8"/>
                <w:szCs w:val="24"/>
              </w:rPr>
              <w:t xml:space="preserve">[ QR </w:t>
            </w:r>
            <w:proofErr w:type="gramStart"/>
            <w:r w:rsidRPr="00157A7D">
              <w:rPr>
                <w:b/>
                <w:color w:val="59656D"/>
                <w:sz w:val="18"/>
                <w:szCs w:val="24"/>
              </w:rPr>
              <w:t>CODE ]</w:t>
            </w:r>
            <w:proofErr w:type="gramEnd"/>
          </w:p>
          <w:p w14:paraId="35D0541B" w14:textId="77777777" w:rsidR="008E3F70" w:rsidRPr="00157A7D" w:rsidRDefault="00000000">
            <w:pPr>
              <w:spacing w:after="0" w:line="240" w:lineRule="auto"/>
              <w:jc w:val="center"/>
              <w:rPr>
                <w:sz w:val="18"/>
                <w:szCs w:val="24"/>
              </w:rPr>
            </w:pPr>
            <w:r w:rsidRPr="00157A7D">
              <w:rPr>
                <w:color w:val="7B858A"/>
                <w:sz w:val="14"/>
                <w:szCs w:val="24"/>
              </w:rPr>
              <w:t>UPI / Payment QR</w:t>
            </w:r>
          </w:p>
        </w:tc>
      </w:tr>
      <w:tr w:rsidR="008E3F70" w:rsidRPr="00157A7D" w14:paraId="302B826C" w14:textId="77777777">
        <w:trPr>
          <w:tblCellSpacing w:w="0" w:type="dxa"/>
          <w:jc w:val="center"/>
        </w:trPr>
        <w:tc>
          <w:tcPr>
            <w:tcW w:w="7056" w:type="dxa"/>
            <w:gridSpan w:val="9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A6BBF7" w14:textId="77777777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color w:val="7B858A"/>
                <w:sz w:val="15"/>
                <w:szCs w:val="24"/>
              </w:rPr>
              <w:t>NOTES / TERMS</w:t>
            </w:r>
          </w:p>
          <w:p w14:paraId="7C85C17A" w14:textId="77777777" w:rsidR="008E3F70" w:rsidRPr="00157A7D" w:rsidRDefault="00000000">
            <w:pPr>
              <w:spacing w:after="20" w:line="240" w:lineRule="auto"/>
              <w:rPr>
                <w:sz w:val="18"/>
                <w:szCs w:val="24"/>
              </w:rPr>
            </w:pPr>
            <w:r w:rsidRPr="00157A7D">
              <w:rPr>
                <w:b/>
                <w:szCs w:val="24"/>
              </w:rPr>
              <w:t>Thank you for your business.</w:t>
            </w:r>
          </w:p>
          <w:p w14:paraId="325C61DA" w14:textId="77777777" w:rsidR="008E3F70" w:rsidRPr="00157A7D" w:rsidRDefault="00000000">
            <w:pPr>
              <w:spacing w:after="0" w:line="240" w:lineRule="auto"/>
              <w:rPr>
                <w:sz w:val="18"/>
                <w:szCs w:val="24"/>
              </w:rPr>
            </w:pPr>
            <w:r w:rsidRPr="00157A7D">
              <w:rPr>
                <w:sz w:val="15"/>
                <w:szCs w:val="24"/>
              </w:rPr>
              <w:t>Goods once sold are subject to the terms mentioned above.</w:t>
            </w:r>
          </w:p>
        </w:tc>
        <w:tc>
          <w:tcPr>
            <w:tcW w:w="3456" w:type="dxa"/>
            <w:gridSpan w:val="7"/>
            <w:tcBorders>
              <w:top w:val="single" w:sz="5" w:space="0" w:color="D9DEDF"/>
              <w:left w:val="single" w:sz="5" w:space="0" w:color="D9DEDF"/>
              <w:bottom w:val="single" w:sz="5" w:space="0" w:color="D9DEDF"/>
              <w:right w:val="single" w:sz="5" w:space="0" w:color="D9DEDF"/>
            </w:tcBorders>
            <w:shd w:val="clear" w:color="auto" w:fill="E7EEE9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D22BDD7" w14:textId="40A9B044" w:rsidR="008E3F70" w:rsidRPr="00157A7D" w:rsidRDefault="0000000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szCs w:val="24"/>
              </w:rPr>
              <w:t xml:space="preserve">For </w:t>
            </w:r>
            <w:r w:rsidR="00BC2EA0" w:rsidRPr="00157A7D">
              <w:rPr>
                <w:b/>
                <w:szCs w:val="24"/>
              </w:rPr>
              <w:t>ABC</w:t>
            </w:r>
            <w:r w:rsidRPr="00157A7D">
              <w:rPr>
                <w:b/>
                <w:szCs w:val="24"/>
              </w:rPr>
              <w:t xml:space="preserve"> Corp</w:t>
            </w:r>
          </w:p>
          <w:p w14:paraId="58D9AC2F" w14:textId="77777777" w:rsidR="008E3F70" w:rsidRPr="00157A7D" w:rsidRDefault="00000000">
            <w:pPr>
              <w:spacing w:before="280"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b/>
                <w:color w:val="59656D"/>
                <w:sz w:val="15"/>
                <w:szCs w:val="24"/>
              </w:rPr>
              <w:t>[ Authorized Signature ]</w:t>
            </w:r>
          </w:p>
          <w:p w14:paraId="31AF6110" w14:textId="5F071E31" w:rsidR="008E3F70" w:rsidRPr="00157A7D" w:rsidRDefault="00BC2EA0">
            <w:pPr>
              <w:spacing w:after="0" w:line="240" w:lineRule="auto"/>
              <w:jc w:val="right"/>
              <w:rPr>
                <w:sz w:val="18"/>
                <w:szCs w:val="24"/>
              </w:rPr>
            </w:pPr>
            <w:r w:rsidRPr="00157A7D">
              <w:rPr>
                <w:color w:val="7B858A"/>
                <w:sz w:val="15"/>
                <w:szCs w:val="24"/>
              </w:rPr>
              <w:t>Rohit Sharma</w:t>
            </w:r>
          </w:p>
        </w:tc>
      </w:tr>
    </w:tbl>
    <w:p w14:paraId="10373A63" w14:textId="77777777" w:rsidR="0093728C" w:rsidRPr="00157A7D" w:rsidRDefault="0093728C">
      <w:pPr>
        <w:rPr>
          <w:sz w:val="18"/>
          <w:szCs w:val="24"/>
        </w:rPr>
      </w:pPr>
    </w:p>
    <w:sectPr w:rsidR="0093728C" w:rsidRPr="00157A7D" w:rsidSect="00034616">
      <w:footerReference w:type="default" r:id="rId8"/>
      <w:pgSz w:w="11909" w:h="16834"/>
      <w:pgMar w:top="547" w:right="605" w:bottom="547" w:left="605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83CA1" w14:textId="77777777" w:rsidR="0093728C" w:rsidRDefault="0093728C">
      <w:pPr>
        <w:spacing w:after="0" w:line="240" w:lineRule="auto"/>
      </w:pPr>
      <w:r>
        <w:separator/>
      </w:r>
    </w:p>
  </w:endnote>
  <w:endnote w:type="continuationSeparator" w:id="0">
    <w:p w14:paraId="6888DBE0" w14:textId="77777777" w:rsidR="0093728C" w:rsidRDefault="0093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C834" w14:textId="15CC2FB1" w:rsidR="008E3F70" w:rsidRDefault="00157A7D">
    <w:pPr>
      <w:pStyle w:val="Footer"/>
      <w:jc w:val="center"/>
    </w:pPr>
    <w:r>
      <w:rPr>
        <w:color w:val="7B858A"/>
        <w:sz w:val="12"/>
      </w:rPr>
      <w:t>ABC</w:t>
    </w:r>
    <w:r w:rsidR="00000000">
      <w:rPr>
        <w:color w:val="7B858A"/>
        <w:sz w:val="12"/>
      </w:rPr>
      <w:t xml:space="preserve"> Corp • Tax Invoice • 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A426A" w14:textId="77777777" w:rsidR="0093728C" w:rsidRDefault="0093728C">
      <w:pPr>
        <w:spacing w:after="0" w:line="240" w:lineRule="auto"/>
      </w:pPr>
      <w:r>
        <w:separator/>
      </w:r>
    </w:p>
  </w:footnote>
  <w:footnote w:type="continuationSeparator" w:id="0">
    <w:p w14:paraId="4FD8547D" w14:textId="77777777" w:rsidR="0093728C" w:rsidRDefault="00937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1975040">
    <w:abstractNumId w:val="8"/>
  </w:num>
  <w:num w:numId="2" w16cid:durableId="1418403364">
    <w:abstractNumId w:val="6"/>
  </w:num>
  <w:num w:numId="3" w16cid:durableId="1198394216">
    <w:abstractNumId w:val="5"/>
  </w:num>
  <w:num w:numId="4" w16cid:durableId="253324679">
    <w:abstractNumId w:val="4"/>
  </w:num>
  <w:num w:numId="5" w16cid:durableId="466631768">
    <w:abstractNumId w:val="7"/>
  </w:num>
  <w:num w:numId="6" w16cid:durableId="1362241725">
    <w:abstractNumId w:val="3"/>
  </w:num>
  <w:num w:numId="7" w16cid:durableId="72171554">
    <w:abstractNumId w:val="2"/>
  </w:num>
  <w:num w:numId="8" w16cid:durableId="1293949198">
    <w:abstractNumId w:val="1"/>
  </w:num>
  <w:num w:numId="9" w16cid:durableId="211963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A7D"/>
    <w:rsid w:val="0029639D"/>
    <w:rsid w:val="00326704"/>
    <w:rsid w:val="00326F90"/>
    <w:rsid w:val="008E3F70"/>
    <w:rsid w:val="0093728C"/>
    <w:rsid w:val="00AA1D8D"/>
    <w:rsid w:val="00B47730"/>
    <w:rsid w:val="00BC2E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121E34"/>
  <w14:defaultImageDpi w14:val="300"/>
  <w15:docId w15:val="{E8880CB9-F9B1-4E5E-8642-A9BEDCDB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5313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Tushar</cp:lastModifiedBy>
  <cp:revision>3</cp:revision>
  <dcterms:created xsi:type="dcterms:W3CDTF">2013-12-23T23:15:00Z</dcterms:created>
  <dcterms:modified xsi:type="dcterms:W3CDTF">2026-10-05T14:46:00Z</dcterms:modified>
  <cp:category/>
</cp:coreProperties>
</file>